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25E39" w14:textId="77777777" w:rsidR="007928A7" w:rsidRPr="007928A7" w:rsidRDefault="007928A7" w:rsidP="007928A7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МИНИСТЕРСТВО НАУКИ И ВЫСШЕГО ОБРАЗОВАНИЯ </w:t>
      </w:r>
    </w:p>
    <w:p w14:paraId="77155B30" w14:textId="77777777" w:rsidR="007928A7" w:rsidRPr="007928A7" w:rsidRDefault="007928A7" w:rsidP="007928A7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РОССИЙСКОЙ ФЕДЕРАЦИИ</w:t>
      </w:r>
    </w:p>
    <w:p w14:paraId="09584045" w14:textId="77777777" w:rsidR="007928A7" w:rsidRPr="007928A7" w:rsidRDefault="007928A7" w:rsidP="007928A7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Федеральное государственное бюджетное образовательное учреждение </w:t>
      </w:r>
    </w:p>
    <w:p w14:paraId="19A6460D" w14:textId="77777777" w:rsidR="007928A7" w:rsidRPr="007928A7" w:rsidRDefault="007928A7" w:rsidP="007928A7">
      <w:pPr>
        <w:widowControl w:val="0"/>
        <w:spacing w:after="0" w:line="240" w:lineRule="auto"/>
        <w:ind w:right="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высшего образования </w:t>
      </w:r>
    </w:p>
    <w:p w14:paraId="1ADA0FEE" w14:textId="77777777" w:rsidR="007928A7" w:rsidRPr="007928A7" w:rsidRDefault="007928A7" w:rsidP="007928A7">
      <w:pPr>
        <w:widowControl w:val="0"/>
        <w:spacing w:after="0" w:line="240" w:lineRule="auto"/>
        <w:ind w:right="-104"/>
        <w:jc w:val="center"/>
        <w:rPr>
          <w:rFonts w:ascii="Times New Roman" w:hAnsi="Times New Roman" w:cs="Times New Roman"/>
          <w:bCs/>
          <w:sz w:val="28"/>
          <w:szCs w:val="28"/>
          <w:lang w:val="ru-RU" w:eastAsia="x-none"/>
        </w:rPr>
      </w:pPr>
      <w:r w:rsidRPr="007928A7">
        <w:rPr>
          <w:rFonts w:ascii="Times New Roman" w:hAnsi="Times New Roman" w:cs="Times New Roman"/>
          <w:bCs/>
          <w:sz w:val="28"/>
          <w:szCs w:val="28"/>
          <w:lang w:val="ru-RU" w:eastAsia="x-none"/>
        </w:rPr>
        <w:t xml:space="preserve">«Рязанский государственный радиотехнический университет </w:t>
      </w:r>
    </w:p>
    <w:p w14:paraId="3AA1E192" w14:textId="77777777" w:rsidR="007928A7" w:rsidRPr="007928A7" w:rsidRDefault="007928A7" w:rsidP="007928A7">
      <w:pPr>
        <w:widowControl w:val="0"/>
        <w:spacing w:after="0" w:line="240" w:lineRule="auto"/>
        <w:ind w:right="-104"/>
        <w:jc w:val="center"/>
        <w:rPr>
          <w:rFonts w:ascii="Times New Roman" w:hAnsi="Times New Roman" w:cs="Times New Roman"/>
          <w:bCs/>
          <w:sz w:val="28"/>
          <w:szCs w:val="28"/>
          <w:lang w:val="ru-RU" w:eastAsia="x-none"/>
        </w:rPr>
      </w:pPr>
      <w:r w:rsidRPr="007928A7">
        <w:rPr>
          <w:rFonts w:ascii="Times New Roman" w:hAnsi="Times New Roman" w:cs="Times New Roman"/>
          <w:bCs/>
          <w:sz w:val="28"/>
          <w:szCs w:val="28"/>
          <w:lang w:val="ru-RU" w:eastAsia="x-none"/>
        </w:rPr>
        <w:t>имени В.Ф. Уткина»</w:t>
      </w:r>
    </w:p>
    <w:p w14:paraId="6F577C25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A429D0B" w14:textId="77777777" w:rsidR="007928A7" w:rsidRPr="007928A7" w:rsidRDefault="007928A7" w:rsidP="007928A7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ab/>
        <w:t>«К защите»</w:t>
      </w:r>
    </w:p>
    <w:p w14:paraId="388F5D61" w14:textId="77777777" w:rsidR="007928A7" w:rsidRPr="007928A7" w:rsidRDefault="007928A7" w:rsidP="007928A7">
      <w:pPr>
        <w:widowControl w:val="0"/>
        <w:spacing w:after="0" w:line="240" w:lineRule="auto"/>
        <w:ind w:left="4962" w:firstLine="283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Заведующий кафедрой</w:t>
      </w:r>
    </w:p>
    <w:p w14:paraId="6EFE166C" w14:textId="41EE4BD0" w:rsidR="007928A7" w:rsidRPr="007928A7" w:rsidRDefault="005324A0" w:rsidP="007928A7">
      <w:pPr>
        <w:widowControl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5324A0">
        <w:rPr>
          <w:rFonts w:ascii="Times New Roman" w:hAnsi="Times New Roman" w:cs="Times New Roman"/>
          <w:sz w:val="28"/>
          <w:szCs w:val="28"/>
          <w:u w:val="single"/>
          <w:lang w:val="ru-RU"/>
        </w:rPr>
        <w:t>д.т.н.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, доцент </w:t>
      </w:r>
      <w:bookmarkStart w:id="0" w:name="_GoBack"/>
      <w:bookmarkEnd w:id="0"/>
      <w:r w:rsidR="007928A7" w:rsidRPr="007928A7">
        <w:rPr>
          <w:rFonts w:ascii="Times New Roman" w:hAnsi="Times New Roman" w:cs="Times New Roman"/>
          <w:sz w:val="28"/>
          <w:szCs w:val="28"/>
          <w:lang w:val="ru-RU"/>
        </w:rPr>
        <w:t>Дмитриев В.Т.</w:t>
      </w:r>
    </w:p>
    <w:p w14:paraId="6B5E623F" w14:textId="6CB5D15A" w:rsidR="007928A7" w:rsidRPr="007928A7" w:rsidRDefault="005324A0" w:rsidP="007928A7">
      <w:pPr>
        <w:widowControl w:val="0"/>
        <w:tabs>
          <w:tab w:val="left" w:pos="5954"/>
          <w:tab w:val="left" w:pos="6804"/>
        </w:tabs>
        <w:spacing w:after="0" w:line="240" w:lineRule="auto"/>
        <w:ind w:left="5245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928A7" w:rsidRPr="007928A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928A7"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</w:r>
      <w:r w:rsidR="007928A7"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7928A7"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</w:r>
      <w:r w:rsidR="007928A7"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</w:r>
      <w:r w:rsidR="007928A7"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</w:r>
      <w:r w:rsidR="007928A7" w:rsidRPr="007928A7">
        <w:rPr>
          <w:rFonts w:ascii="Times New Roman" w:hAnsi="Times New Roman" w:cs="Times New Roman"/>
          <w:sz w:val="28"/>
          <w:szCs w:val="28"/>
          <w:lang w:val="ru-RU"/>
        </w:rPr>
        <w:t>20__ г.</w:t>
      </w:r>
    </w:p>
    <w:p w14:paraId="1EEC0D44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0C59F46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87C3BC4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10D80ED" w14:textId="77777777" w:rsidR="007928A7" w:rsidRPr="007928A7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ВЫПУСКНАЯ КВАЛИФИКАЦИОННАЯ </w:t>
      </w:r>
    </w:p>
    <w:p w14:paraId="2E18032D" w14:textId="77777777" w:rsidR="007928A7" w:rsidRPr="007928A7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РАБОТА </w:t>
      </w:r>
    </w:p>
    <w:p w14:paraId="6A3EB195" w14:textId="77777777" w:rsidR="007928A7" w:rsidRPr="007928A7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spellStart"/>
      <w:r w:rsidRPr="007928A7">
        <w:rPr>
          <w:rFonts w:ascii="Times New Roman" w:hAnsi="Times New Roman" w:cs="Times New Roman"/>
          <w:b/>
          <w:sz w:val="28"/>
          <w:szCs w:val="28"/>
          <w:lang w:val="ru-RU"/>
        </w:rPr>
        <w:t>специалитет</w:t>
      </w:r>
      <w:proofErr w:type="spellEnd"/>
      <w:r w:rsidRPr="007928A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14:paraId="022F91FA" w14:textId="77777777" w:rsidR="007928A7" w:rsidRPr="007928A7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на тему</w:t>
      </w:r>
    </w:p>
    <w:p w14:paraId="75FFC60F" w14:textId="77777777" w:rsidR="007928A7" w:rsidRPr="007928A7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05E2E07" w14:textId="1CFE4A58" w:rsidR="007928A7" w:rsidRPr="007928A7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Разработка передающей активной фазированной антенной решетки </w:t>
      </w:r>
      <w:r>
        <w:rPr>
          <w:rFonts w:ascii="Times New Roman" w:hAnsi="Times New Roman" w:cs="Times New Roman"/>
          <w:sz w:val="28"/>
          <w:szCs w:val="28"/>
          <w:u w:val="single"/>
        </w:rPr>
        <w:t>L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-диапазона в печатном исполнении на основе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патч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-антенн</w:t>
      </w:r>
      <w:r w:rsidRPr="007928A7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6818A7C5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4E919B2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D8B6F12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Направление подготовки: </w:t>
      </w:r>
      <w:r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>11.05.01 «Радиоэлектронные системы и комплексы»</w:t>
      </w:r>
    </w:p>
    <w:p w14:paraId="7930E239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36398FE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Наименование ОПОП: </w:t>
      </w:r>
      <w:r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>«Радиоэлектронные системы передачи информации»</w:t>
      </w:r>
    </w:p>
    <w:p w14:paraId="7EF144E0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8EC4834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759F0B6" w14:textId="77777777" w:rsidR="000429D7" w:rsidRDefault="000429D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7C7ABFE" w14:textId="4A77B7E6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Руководитель</w:t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          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>Аронов Л.В.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  <w:t>)</w:t>
      </w:r>
    </w:p>
    <w:p w14:paraId="321E0285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</w:p>
    <w:p w14:paraId="44537A96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192B744" w14:textId="45A028B8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Кон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>сультант по экономической части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5324A0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  <w:t>(</w:t>
      </w:r>
      <w:proofErr w:type="spellStart"/>
      <w:r w:rsidRPr="005324A0">
        <w:rPr>
          <w:rFonts w:ascii="Times New Roman" w:hAnsi="Times New Roman" w:cs="Times New Roman"/>
          <w:sz w:val="28"/>
          <w:szCs w:val="28"/>
          <w:lang w:val="ru-RU"/>
        </w:rPr>
        <w:t>Чернобродова</w:t>
      </w:r>
      <w:proofErr w:type="spellEnd"/>
      <w:r w:rsidRPr="005324A0">
        <w:rPr>
          <w:rFonts w:ascii="Times New Roman" w:hAnsi="Times New Roman" w:cs="Times New Roman"/>
          <w:sz w:val="28"/>
          <w:szCs w:val="28"/>
          <w:lang w:val="ru-RU"/>
        </w:rPr>
        <w:t xml:space="preserve"> Л.А.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  <w:t>)</w:t>
      </w:r>
      <w:r w:rsidRPr="007928A7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>(______________)</w:t>
      </w:r>
    </w:p>
    <w:p w14:paraId="048D7F54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435A61E7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Консультант по безопасности и</w:t>
      </w:r>
    </w:p>
    <w:p w14:paraId="7D6AB115" w14:textId="774A6A04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928A7">
        <w:rPr>
          <w:rFonts w:ascii="Times New Roman" w:hAnsi="Times New Roman" w:cs="Times New Roman"/>
          <w:sz w:val="28"/>
          <w:szCs w:val="28"/>
          <w:lang w:val="ru-RU"/>
        </w:rPr>
        <w:t>экологичности</w:t>
      </w:r>
      <w:proofErr w:type="spellEnd"/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 проекта            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 w:rsidRPr="005324A0">
        <w:rPr>
          <w:rFonts w:ascii="Times New Roman" w:hAnsi="Times New Roman" w:cs="Times New Roman"/>
          <w:sz w:val="28"/>
          <w:szCs w:val="28"/>
          <w:u w:val="single"/>
          <w:lang w:val="ru-RU"/>
        </w:rPr>
        <w:t>_________</w:t>
      </w:r>
      <w:r w:rsidR="005324A0">
        <w:rPr>
          <w:rFonts w:ascii="Times New Roman" w:hAnsi="Times New Roman" w:cs="Times New Roman"/>
          <w:sz w:val="28"/>
          <w:szCs w:val="28"/>
          <w:u w:val="single"/>
          <w:lang w:val="ru-RU"/>
        </w:rPr>
        <w:tab/>
        <w:t>(</w:t>
      </w:r>
      <w:r w:rsidRPr="005324A0">
        <w:rPr>
          <w:rFonts w:ascii="Times New Roman" w:hAnsi="Times New Roman" w:cs="Times New Roman"/>
          <w:sz w:val="28"/>
          <w:szCs w:val="28"/>
          <w:lang w:val="ru-RU"/>
        </w:rPr>
        <w:t>Чернышев С.В.</w:t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>_</w:t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1186E7D" w14:textId="77777777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</w:p>
    <w:p w14:paraId="680872E4" w14:textId="215D2D6F" w:rsidR="005324A0" w:rsidRPr="005324A0" w:rsidRDefault="007928A7" w:rsidP="005324A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Обучающийся</w:t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 w:rsidRP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 w:rsidRPr="005324A0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                   </w:t>
      </w:r>
      <w:r w:rsidR="005324A0" w:rsidRPr="005324A0">
        <w:rPr>
          <w:rFonts w:ascii="Times New Roman" w:hAnsi="Times New Roman" w:cs="Times New Roman"/>
          <w:sz w:val="28"/>
          <w:szCs w:val="28"/>
          <w:lang w:val="ru-RU"/>
        </w:rPr>
        <w:tab/>
        <w:t>(Аронов Л.В.</w:t>
      </w:r>
      <w:r w:rsidR="005324A0" w:rsidRPr="005324A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324A0" w:rsidRPr="005324A0">
        <w:rPr>
          <w:rFonts w:ascii="Times New Roman" w:hAnsi="Times New Roman" w:cs="Times New Roman"/>
          <w:sz w:val="28"/>
          <w:szCs w:val="28"/>
          <w:lang w:val="ru-RU"/>
        </w:rPr>
        <w:tab/>
        <w:t>)</w:t>
      </w:r>
    </w:p>
    <w:p w14:paraId="21536EA1" w14:textId="1DF5569C" w:rsidR="007928A7" w:rsidRPr="007928A7" w:rsidRDefault="007928A7" w:rsidP="007928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B2DFBE1" w14:textId="71A97D2E" w:rsidR="00191113" w:rsidRDefault="007928A7" w:rsidP="007928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928A7">
        <w:rPr>
          <w:rFonts w:ascii="Times New Roman" w:hAnsi="Times New Roman" w:cs="Times New Roman"/>
          <w:sz w:val="28"/>
          <w:szCs w:val="28"/>
          <w:lang w:val="ru-RU"/>
        </w:rPr>
        <w:t>Рязань 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7928A7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</w:p>
    <w:sectPr w:rsidR="00191113" w:rsidSect="000429D7">
      <w:footerReference w:type="default" r:id="rId8"/>
      <w:pgSz w:w="12240" w:h="15840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EC0A3" w14:textId="77777777" w:rsidR="00A952A0" w:rsidRDefault="00A952A0" w:rsidP="000429D7">
      <w:pPr>
        <w:spacing w:after="0" w:line="240" w:lineRule="auto"/>
      </w:pPr>
      <w:r>
        <w:separator/>
      </w:r>
    </w:p>
  </w:endnote>
  <w:endnote w:type="continuationSeparator" w:id="0">
    <w:p w14:paraId="169DC387" w14:textId="77777777" w:rsidR="00A952A0" w:rsidRDefault="00A952A0" w:rsidP="00042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014403"/>
      <w:docPartObj>
        <w:docPartGallery w:val="Page Numbers (Bottom of Page)"/>
        <w:docPartUnique/>
      </w:docPartObj>
    </w:sdtPr>
    <w:sdtEndPr/>
    <w:sdtContent>
      <w:p w14:paraId="0A43D5AA" w14:textId="367CCAC7" w:rsidR="000429D7" w:rsidRDefault="000429D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4A0" w:rsidRPr="005324A0">
          <w:rPr>
            <w:noProof/>
            <w:lang w:val="ru-RU"/>
          </w:rPr>
          <w:t>2</w:t>
        </w:r>
        <w:r>
          <w:fldChar w:fldCharType="end"/>
        </w:r>
      </w:p>
    </w:sdtContent>
  </w:sdt>
  <w:p w14:paraId="28B90D0B" w14:textId="77777777" w:rsidR="000429D7" w:rsidRDefault="000429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DF9C3" w14:textId="77777777" w:rsidR="00A952A0" w:rsidRDefault="00A952A0" w:rsidP="000429D7">
      <w:pPr>
        <w:spacing w:after="0" w:line="240" w:lineRule="auto"/>
      </w:pPr>
      <w:r>
        <w:separator/>
      </w:r>
    </w:p>
  </w:footnote>
  <w:footnote w:type="continuationSeparator" w:id="0">
    <w:p w14:paraId="27B3CBE1" w14:textId="77777777" w:rsidR="00A952A0" w:rsidRDefault="00A952A0" w:rsidP="000429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842F957"/>
    <w:multiLevelType w:val="singleLevel"/>
    <w:tmpl w:val="A842F957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CC1200"/>
    <w:multiLevelType w:val="multilevel"/>
    <w:tmpl w:val="932A2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6FA586B"/>
    <w:multiLevelType w:val="multilevel"/>
    <w:tmpl w:val="899A6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1F7AE2"/>
    <w:multiLevelType w:val="multilevel"/>
    <w:tmpl w:val="FAAAF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957C20"/>
    <w:multiLevelType w:val="multilevel"/>
    <w:tmpl w:val="6EF8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DC4F8C4"/>
    <w:multiLevelType w:val="singleLevel"/>
    <w:tmpl w:val="0DC4F8C4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0F0D1FBE"/>
    <w:multiLevelType w:val="multilevel"/>
    <w:tmpl w:val="EA0E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FC702AF"/>
    <w:multiLevelType w:val="multilevel"/>
    <w:tmpl w:val="20748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F85902"/>
    <w:multiLevelType w:val="multilevel"/>
    <w:tmpl w:val="B802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81E74FE"/>
    <w:multiLevelType w:val="multilevel"/>
    <w:tmpl w:val="0D222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9477247"/>
    <w:multiLevelType w:val="multilevel"/>
    <w:tmpl w:val="9E66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E2B14BD"/>
    <w:multiLevelType w:val="multilevel"/>
    <w:tmpl w:val="7D20D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EA01899"/>
    <w:multiLevelType w:val="multilevel"/>
    <w:tmpl w:val="9CCA5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C871FE"/>
    <w:multiLevelType w:val="multilevel"/>
    <w:tmpl w:val="C312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0652E3"/>
    <w:multiLevelType w:val="multilevel"/>
    <w:tmpl w:val="19AC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880060"/>
    <w:multiLevelType w:val="multilevel"/>
    <w:tmpl w:val="14A0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AF087F"/>
    <w:multiLevelType w:val="multilevel"/>
    <w:tmpl w:val="463CC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8183975"/>
    <w:multiLevelType w:val="multilevel"/>
    <w:tmpl w:val="E1F86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8DA52E3"/>
    <w:multiLevelType w:val="multilevel"/>
    <w:tmpl w:val="244E3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A922DF7"/>
    <w:multiLevelType w:val="multilevel"/>
    <w:tmpl w:val="31444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B6B35F8"/>
    <w:multiLevelType w:val="multilevel"/>
    <w:tmpl w:val="2F54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26D1443"/>
    <w:multiLevelType w:val="multilevel"/>
    <w:tmpl w:val="E5207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A26A0B"/>
    <w:multiLevelType w:val="multilevel"/>
    <w:tmpl w:val="E62CD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55279A1"/>
    <w:multiLevelType w:val="multilevel"/>
    <w:tmpl w:val="CE261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806077"/>
    <w:multiLevelType w:val="multilevel"/>
    <w:tmpl w:val="F010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9B489E"/>
    <w:multiLevelType w:val="multilevel"/>
    <w:tmpl w:val="4CFCE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3307E5"/>
    <w:multiLevelType w:val="multilevel"/>
    <w:tmpl w:val="1F96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F1444F1"/>
    <w:multiLevelType w:val="multilevel"/>
    <w:tmpl w:val="2E886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BC69E4"/>
    <w:multiLevelType w:val="multilevel"/>
    <w:tmpl w:val="5C10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4A421B"/>
    <w:multiLevelType w:val="multilevel"/>
    <w:tmpl w:val="7D4EA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575F95"/>
    <w:multiLevelType w:val="multilevel"/>
    <w:tmpl w:val="60C85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A7A2598"/>
    <w:multiLevelType w:val="multilevel"/>
    <w:tmpl w:val="6A7A25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D052B14"/>
    <w:multiLevelType w:val="multilevel"/>
    <w:tmpl w:val="9BEE8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C10039"/>
    <w:multiLevelType w:val="multilevel"/>
    <w:tmpl w:val="8F56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BF1D57"/>
    <w:multiLevelType w:val="multilevel"/>
    <w:tmpl w:val="70BF1D57"/>
    <w:lvl w:ilvl="0">
      <w:start w:val="6"/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22C5C79"/>
    <w:multiLevelType w:val="multilevel"/>
    <w:tmpl w:val="A050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8D3A6C"/>
    <w:multiLevelType w:val="multilevel"/>
    <w:tmpl w:val="E96C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585E9B"/>
    <w:multiLevelType w:val="multilevel"/>
    <w:tmpl w:val="72163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A7644BE"/>
    <w:multiLevelType w:val="multilevel"/>
    <w:tmpl w:val="E4ECD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850C59"/>
    <w:multiLevelType w:val="multilevel"/>
    <w:tmpl w:val="DAF45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22"/>
  </w:num>
  <w:num w:numId="11">
    <w:abstractNumId w:val="16"/>
  </w:num>
  <w:num w:numId="12">
    <w:abstractNumId w:val="13"/>
  </w:num>
  <w:num w:numId="13">
    <w:abstractNumId w:val="25"/>
  </w:num>
  <w:num w:numId="14">
    <w:abstractNumId w:val="32"/>
  </w:num>
  <w:num w:numId="15">
    <w:abstractNumId w:val="30"/>
  </w:num>
  <w:num w:numId="16">
    <w:abstractNumId w:val="12"/>
  </w:num>
  <w:num w:numId="17">
    <w:abstractNumId w:val="24"/>
  </w:num>
  <w:num w:numId="18">
    <w:abstractNumId w:val="23"/>
  </w:num>
  <w:num w:numId="19">
    <w:abstractNumId w:val="28"/>
  </w:num>
  <w:num w:numId="20">
    <w:abstractNumId w:val="44"/>
  </w:num>
  <w:num w:numId="21">
    <w:abstractNumId w:val="27"/>
  </w:num>
  <w:num w:numId="22">
    <w:abstractNumId w:val="19"/>
  </w:num>
  <w:num w:numId="23">
    <w:abstractNumId w:val="29"/>
  </w:num>
  <w:num w:numId="24">
    <w:abstractNumId w:val="38"/>
  </w:num>
  <w:num w:numId="25">
    <w:abstractNumId w:val="17"/>
  </w:num>
  <w:num w:numId="26">
    <w:abstractNumId w:val="33"/>
  </w:num>
  <w:num w:numId="27">
    <w:abstractNumId w:val="15"/>
  </w:num>
  <w:num w:numId="28">
    <w:abstractNumId w:val="48"/>
  </w:num>
  <w:num w:numId="29">
    <w:abstractNumId w:val="41"/>
  </w:num>
  <w:num w:numId="30">
    <w:abstractNumId w:val="39"/>
  </w:num>
  <w:num w:numId="31">
    <w:abstractNumId w:val="18"/>
  </w:num>
  <w:num w:numId="32">
    <w:abstractNumId w:val="20"/>
  </w:num>
  <w:num w:numId="33">
    <w:abstractNumId w:val="10"/>
  </w:num>
  <w:num w:numId="34">
    <w:abstractNumId w:val="21"/>
  </w:num>
  <w:num w:numId="35">
    <w:abstractNumId w:val="34"/>
  </w:num>
  <w:num w:numId="36">
    <w:abstractNumId w:val="31"/>
  </w:num>
  <w:num w:numId="37">
    <w:abstractNumId w:val="37"/>
  </w:num>
  <w:num w:numId="38">
    <w:abstractNumId w:val="43"/>
  </w:num>
  <w:num w:numId="39">
    <w:abstractNumId w:val="40"/>
  </w:num>
  <w:num w:numId="40">
    <w:abstractNumId w:val="42"/>
  </w:num>
  <w:num w:numId="41">
    <w:abstractNumId w:val="35"/>
  </w:num>
  <w:num w:numId="42">
    <w:abstractNumId w:val="45"/>
  </w:num>
  <w:num w:numId="43">
    <w:abstractNumId w:val="26"/>
  </w:num>
  <w:num w:numId="44">
    <w:abstractNumId w:val="36"/>
  </w:num>
  <w:num w:numId="45">
    <w:abstractNumId w:val="11"/>
  </w:num>
  <w:num w:numId="46">
    <w:abstractNumId w:val="47"/>
  </w:num>
  <w:num w:numId="47">
    <w:abstractNumId w:val="0"/>
  </w:num>
  <w:num w:numId="48">
    <w:abstractNumId w:val="14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04528"/>
    <w:rsid w:val="00007556"/>
    <w:rsid w:val="00026163"/>
    <w:rsid w:val="00031A04"/>
    <w:rsid w:val="000345D1"/>
    <w:rsid w:val="00034616"/>
    <w:rsid w:val="000429D7"/>
    <w:rsid w:val="0006063C"/>
    <w:rsid w:val="00063D28"/>
    <w:rsid w:val="00065E2E"/>
    <w:rsid w:val="00090A6F"/>
    <w:rsid w:val="0015074B"/>
    <w:rsid w:val="001864BF"/>
    <w:rsid w:val="00191113"/>
    <w:rsid w:val="001E3CA2"/>
    <w:rsid w:val="0023600E"/>
    <w:rsid w:val="0029639D"/>
    <w:rsid w:val="002F2B84"/>
    <w:rsid w:val="00320BAA"/>
    <w:rsid w:val="00326F90"/>
    <w:rsid w:val="00354561"/>
    <w:rsid w:val="003F6793"/>
    <w:rsid w:val="004942E6"/>
    <w:rsid w:val="004C3561"/>
    <w:rsid w:val="004D7031"/>
    <w:rsid w:val="005052C2"/>
    <w:rsid w:val="00531259"/>
    <w:rsid w:val="005324A0"/>
    <w:rsid w:val="00546763"/>
    <w:rsid w:val="00550361"/>
    <w:rsid w:val="00586494"/>
    <w:rsid w:val="005B1BFC"/>
    <w:rsid w:val="0062414B"/>
    <w:rsid w:val="00696D21"/>
    <w:rsid w:val="006D07FB"/>
    <w:rsid w:val="006E5163"/>
    <w:rsid w:val="007928A7"/>
    <w:rsid w:val="00796D0C"/>
    <w:rsid w:val="007C2A73"/>
    <w:rsid w:val="00822A89"/>
    <w:rsid w:val="0082310F"/>
    <w:rsid w:val="008D1776"/>
    <w:rsid w:val="00970ACB"/>
    <w:rsid w:val="0097404F"/>
    <w:rsid w:val="00A45CCF"/>
    <w:rsid w:val="00A9155D"/>
    <w:rsid w:val="00A952A0"/>
    <w:rsid w:val="00AA1D8D"/>
    <w:rsid w:val="00AE5111"/>
    <w:rsid w:val="00B14F59"/>
    <w:rsid w:val="00B34362"/>
    <w:rsid w:val="00B47730"/>
    <w:rsid w:val="00B7408C"/>
    <w:rsid w:val="00B86193"/>
    <w:rsid w:val="00BD3481"/>
    <w:rsid w:val="00BD6ABB"/>
    <w:rsid w:val="00C56F46"/>
    <w:rsid w:val="00C614DD"/>
    <w:rsid w:val="00CA43A9"/>
    <w:rsid w:val="00CB0664"/>
    <w:rsid w:val="00D106D2"/>
    <w:rsid w:val="00D16697"/>
    <w:rsid w:val="00D3386A"/>
    <w:rsid w:val="00DB6DB8"/>
    <w:rsid w:val="00E53473"/>
    <w:rsid w:val="00E83E4F"/>
    <w:rsid w:val="00F5365C"/>
    <w:rsid w:val="00F648CA"/>
    <w:rsid w:val="00F757B8"/>
    <w:rsid w:val="00FC693F"/>
    <w:rsid w:val="00FD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23CA98"/>
  <w14:defaultImageDpi w14:val="300"/>
  <w15:docId w15:val="{6EEFD5AE-FB1B-4093-93C6-5D2EAB83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026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026163"/>
  </w:style>
  <w:style w:type="character" w:customStyle="1" w:styleId="mord">
    <w:name w:val="mord"/>
    <w:basedOn w:val="a2"/>
    <w:rsid w:val="00026163"/>
  </w:style>
  <w:style w:type="character" w:customStyle="1" w:styleId="vlist-s">
    <w:name w:val="vlist-s"/>
    <w:basedOn w:val="a2"/>
    <w:rsid w:val="00026163"/>
  </w:style>
  <w:style w:type="character" w:customStyle="1" w:styleId="mspace">
    <w:name w:val="mspace"/>
    <w:basedOn w:val="a2"/>
    <w:rsid w:val="00026163"/>
  </w:style>
  <w:style w:type="character" w:customStyle="1" w:styleId="mrel">
    <w:name w:val="mrel"/>
    <w:basedOn w:val="a2"/>
    <w:rsid w:val="00026163"/>
  </w:style>
  <w:style w:type="character" w:customStyle="1" w:styleId="mbin">
    <w:name w:val="mbin"/>
    <w:basedOn w:val="a2"/>
    <w:rsid w:val="00026163"/>
  </w:style>
  <w:style w:type="character" w:customStyle="1" w:styleId="mpunct">
    <w:name w:val="mpunct"/>
    <w:basedOn w:val="a2"/>
    <w:rsid w:val="00026163"/>
  </w:style>
  <w:style w:type="character" w:customStyle="1" w:styleId="delimsizing">
    <w:name w:val="delimsizing"/>
    <w:basedOn w:val="a2"/>
    <w:rsid w:val="00026163"/>
  </w:style>
  <w:style w:type="character" w:styleId="HTML">
    <w:name w:val="HTML Code"/>
    <w:basedOn w:val="a2"/>
    <w:uiPriority w:val="99"/>
    <w:semiHidden/>
    <w:unhideWhenUsed/>
    <w:rsid w:val="00007556"/>
    <w:rPr>
      <w:rFonts w:ascii="Courier New" w:eastAsia="Times New Roman" w:hAnsi="Courier New" w:cs="Courier New"/>
      <w:sz w:val="20"/>
      <w:szCs w:val="20"/>
    </w:rPr>
  </w:style>
  <w:style w:type="character" w:styleId="aff9">
    <w:name w:val="Placeholder Text"/>
    <w:basedOn w:val="a2"/>
    <w:uiPriority w:val="99"/>
    <w:semiHidden/>
    <w:rsid w:val="006E5163"/>
    <w:rPr>
      <w:color w:val="808080"/>
    </w:rPr>
  </w:style>
  <w:style w:type="character" w:customStyle="1" w:styleId="relative">
    <w:name w:val="relative"/>
    <w:basedOn w:val="a2"/>
    <w:rsid w:val="0097404F"/>
  </w:style>
  <w:style w:type="paragraph" w:customStyle="1" w:styleId="not-prose">
    <w:name w:val="not-prose"/>
    <w:basedOn w:val="a1"/>
    <w:rsid w:val="00974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a">
    <w:name w:val="annotation reference"/>
    <w:basedOn w:val="a2"/>
    <w:uiPriority w:val="99"/>
    <w:semiHidden/>
    <w:unhideWhenUsed/>
    <w:rsid w:val="00A45CCF"/>
    <w:rPr>
      <w:sz w:val="16"/>
      <w:szCs w:val="16"/>
    </w:rPr>
  </w:style>
  <w:style w:type="paragraph" w:styleId="affb">
    <w:name w:val="annotation text"/>
    <w:basedOn w:val="a1"/>
    <w:link w:val="affc"/>
    <w:uiPriority w:val="99"/>
    <w:semiHidden/>
    <w:unhideWhenUsed/>
    <w:rsid w:val="00A45CCF"/>
    <w:pPr>
      <w:spacing w:line="240" w:lineRule="auto"/>
    </w:pPr>
    <w:rPr>
      <w:sz w:val="20"/>
      <w:szCs w:val="20"/>
    </w:rPr>
  </w:style>
  <w:style w:type="character" w:customStyle="1" w:styleId="affc">
    <w:name w:val="Текст примечания Знак"/>
    <w:basedOn w:val="a2"/>
    <w:link w:val="affb"/>
    <w:uiPriority w:val="99"/>
    <w:semiHidden/>
    <w:rsid w:val="00A45CCF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A45CCF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semiHidden/>
    <w:rsid w:val="00A45CCF"/>
    <w:rPr>
      <w:b/>
      <w:bCs/>
      <w:sz w:val="20"/>
      <w:szCs w:val="20"/>
    </w:rPr>
  </w:style>
  <w:style w:type="paragraph" w:styleId="14">
    <w:name w:val="toc 1"/>
    <w:basedOn w:val="a1"/>
    <w:next w:val="a1"/>
    <w:autoRedefine/>
    <w:uiPriority w:val="39"/>
    <w:unhideWhenUsed/>
    <w:rsid w:val="00A9155D"/>
    <w:pPr>
      <w:spacing w:after="100"/>
    </w:pPr>
  </w:style>
  <w:style w:type="paragraph" w:styleId="2c">
    <w:name w:val="toc 2"/>
    <w:basedOn w:val="a1"/>
    <w:next w:val="a1"/>
    <w:autoRedefine/>
    <w:uiPriority w:val="39"/>
    <w:unhideWhenUsed/>
    <w:rsid w:val="00A9155D"/>
    <w:pPr>
      <w:spacing w:after="100"/>
      <w:ind w:left="220"/>
    </w:pPr>
  </w:style>
  <w:style w:type="paragraph" w:styleId="38">
    <w:name w:val="toc 3"/>
    <w:basedOn w:val="a1"/>
    <w:next w:val="a1"/>
    <w:autoRedefine/>
    <w:uiPriority w:val="39"/>
    <w:unhideWhenUsed/>
    <w:rsid w:val="00A9155D"/>
    <w:pPr>
      <w:spacing w:after="100"/>
      <w:ind w:left="440"/>
    </w:pPr>
  </w:style>
  <w:style w:type="character" w:styleId="afff">
    <w:name w:val="Hyperlink"/>
    <w:basedOn w:val="a2"/>
    <w:uiPriority w:val="99"/>
    <w:unhideWhenUsed/>
    <w:rsid w:val="00A9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0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9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9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0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0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2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9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9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5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F96462-8ABB-4BF5-BD5C-0518670D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Leonid</cp:lastModifiedBy>
  <cp:revision>3</cp:revision>
  <dcterms:created xsi:type="dcterms:W3CDTF">2026-05-06T09:43:00Z</dcterms:created>
  <dcterms:modified xsi:type="dcterms:W3CDTF">2026-05-06T09:46:00Z</dcterms:modified>
  <cp:category/>
</cp:coreProperties>
</file>